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Dodatek o prodloužení nájmu</w:t>
      </w:r>
    </w:p>
    <w:p>
      <w:r>
        <w:rPr>
          <w:sz w:val="20"/>
        </w:rPr>
        <w:t>PRACOVNÍ VZOR – nebyl individuálně právně zkontrolován. Doporučuje se právní úprava a kontrola před podpisem. Poznámku před podpisem odstraňte. Pro dosud trvající běžný nájem bytu na dobu určitou. Mění pouze konečné datum nájmu. Podepisují všechny smluvní strany; u manželů, změny vlastníka či již skončeného nájmu si nechte text upravit.</w:t>
      </w:r>
    </w:p>
    <w:p>
      <w:pPr>
        <w:pStyle w:val="Heading1"/>
      </w:pPr>
      <w:r>
        <w:t>Strany a původní smlouva</w:t>
      </w:r>
    </w:p>
    <w:p>
      <w:pPr>
        <w:keepLines/>
      </w:pPr>
      <w:r>
        <w:t>Pronajímatel: [jméno, datum narození, adresa]</w:t>
        <w:br/>
        <w:t>Nájemce: [jméno, datum narození, adresa]</w:t>
        <w:br/>
        <w:t>Nájemní smlouva ze dne [datum], včetně dodatků [označení].</w:t>
        <w:br/>
        <w:t>Byt: [úplná adresa a označení]. Nájem ke dni podpisu tohoto dodatku dosud trvá.</w:t>
      </w:r>
    </w:p>
    <w:p>
      <w:pPr>
        <w:pStyle w:val="Heading1"/>
      </w:pPr>
      <w:r>
        <w:t>Nové datum skončení</w:t>
      </w:r>
    </w:p>
    <w:p>
      <w:pPr>
        <w:keepLines/>
      </w:pPr>
      <w:r>
        <w:t>Strany se dohodly, že nájem sjednaný uvedenou smlouvou se prodlužuje do [nové konečné datum] včetně. Původní konečné datum [datum] se tím nahrazuje. Ostatní ujednání smlouvy zůstávají nezměněna. Tento dodatek nabývá účinnosti dnem podpisu poslední ze smluvních stran.</w:t>
      </w:r>
    </w:p>
    <w:p>
      <w:pPr>
        <w:pStyle w:val="Heading1"/>
      </w:pPr>
      <w:r>
        <w:t>Podpisy</w:t>
      </w:r>
    </w:p>
    <w:p>
      <w:pPr>
        <w:keepLines/>
      </w:pPr>
      <w:r>
        <w:t>Každá strana obdrží jedno podepsané vyhotovení.</w:t>
        <w:br/>
        <w:t>Pronajímatel podepsal dne: [datum]</w:t>
        <w:br/>
        <w:t>Nájemce podepsal dne: [datum]</w:t>
        <w:br/>
        <w:br/>
        <w:t>Pronajímatel: ____________________</w:t>
        <w:br/>
        <w:br/>
        <w:t>Nájemce: ____________________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Dodatek o prodloužení nájmu</dc:title>
  <dc:subject/>
  <dc:creator>Průvodce bydlením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